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 חסות – היהודים תחת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מעמד בני החסות ואת יתרונותיו וחסרונותיו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לציין את שני הגורמים לשינוי במעמד היהודים בארצות האסלאם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דרך האמנציפציה בצרפת לבין דרכה בצפון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נחשבו 'עם הספר'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 גולגולת שהוטל על בני החסות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 המשפטים הצרפתי ומנהיג יהודי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כבני חסות הם קיבלו חופש דת וניהול קהילתי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האכיפה השתנתה ממקום למקום ומשליט לשליט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חסות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ג׳זיה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ישראל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 גולגולת על בני חסות)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(רשימת הגבלות על בני החסות)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(ארגון יהודי שהקים 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(אזרחות צרפתית ליהודי אלג׳יריה)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 כובשת את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ייסוד חברת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פתיחת בתי ספר של כי״ח בצפון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 כרמיה - אזרחות צרפתית ליהודי אלג׳יריה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יתרונות: הגנה על חיים ורכוש, חופש דת ואוטונומיה קהילתית. חסרונות: מס ג׳זיה, הגבלות כמו איסור רכיבה על סוס ובניית בתי 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רכיבה על סוס, איסור בניית בתי תפילה חדשים (או: לבוש מבדיל, איסור נשיאת נשק)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ישראל חברים (כי״ח)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 חסות/במעמד נחות; שלטון אירופי; פעילות יהודי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דילמת 'עסקת החסות' לפני מעבר לחלקים העיוניים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וההשלמה כדאי לוודא שהתלמידים מבחינים בין המושגים השונים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בסגנון בגרות מתאימה לעבודה בזוגות ובדיקה לפי מחוון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 חסות – היהודים תחת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בארצות האסלאם קיבלו היהודים מעמד מיוחד שנקרא 'בני חסות'. דף זה עוסק בזכויות ובחובות של בני החסות, ובשני הגורמים שהביאו לשינוי במעמדם באלג׳יריה במאה ה-19.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כל ישראל חברים  ·  ג׳זיה  ·  בני חסות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הוגדרו היהודים בארצות האסלאם 'בני חסות'?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היו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נחשבו 'עם הספר'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שירתו בצבא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מס הג׳זיה?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 על אדמות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 על סחורות מחו״ל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 גולגולת שהוטל על בני החסות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היה אדולף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סולטן עות׳מאני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שר המשפטים הצרפתי ומנהיג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 ראשי של אלג׳יר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בארצות האסלאם היו ליהודים חופש דת ואוטונומיה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ההגבלות על היהודים נאכפו באותו אופן בכל מקום ובכל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מעמדם של היהודים והנוצרים בארצות האסלאם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המס שהוטל על כל גבר בוגר מבני החסות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ארגון יהודי שהקים בתי ספר בארצות האסלאם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ג׳זיה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אזרחות צרפתית ליהודי 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תנאי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ארגון יהודי שהקים בתי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 ישראל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רשימת הגבלות על בני החסות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צו כרמיה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 גולגולת על בני חסות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 כרמיה - אזרחות צרפתית ליהודי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צרפת כובשת את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ייסוד חברת כל ישראל חברים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פתיחת בתי ספר של כי״ח בצפון 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שני יתרונות ושני חסרונות במעמד בני החסות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הגבלות מתוך תנאי עומר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ארגון של יהודי אירופה פעל למען יהודי צפון אפריקה?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 חסות – היהודים תחת האסלאם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