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 חסות – היהודים תחת האסלאם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מעמד בני החסות ואת יתרונותיו וחסרונותיו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לציין את שני הגורמים לשינוי במעמד היהודים בארצות האסלאם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דרך האמנציפציה בצרפת לבין דרכה בצפון 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נחשבו 'עם הספר'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 גולגולת שהוטל על בני החסות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שר המשפטים הצרפתי ומנהיג 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1830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איסור לרכוב על סוס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כבני חסות הם קיבלו חופש דת וניהול קהילתי עצמאי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האכיפה השתנתה ממקום למקום ומשליט לשליט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רעיונות הנאורות לא צמחו בחברה המוסלמית, השינוי הגיע מבחוץ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רק יהודי אלג׳יריה קיבלו אזרחות, בעקבות צו כרמיה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מוצג בסרטון כקשר בין האירועים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חסות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ג׳זיה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ישראל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עם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6. 1830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 גולגולת על בני חסות)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(רשימת הגבלות על בני החסות)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(ארגון יהודי שהקים בתי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(אזרחות צרפתית ליהודי אלג׳יריה)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(שליטת מעצמה אירופית בארץ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 כובשת את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ייסוד חברת כל ישראל חברים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פתיחת בתי ספר של כי״ח בצפון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 כרמיה - אזרחות צרפתית ליהודי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תגובה עוינת לצו ואי-הענקת אזרחות ליהודי תוניסיה ומרוקו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יתרונות: הגנה על חיים ורכוש, חופש דת ואוטונומיה קהילתית. חסרונות: מס ג׳זיה, הגבלות כמו איסור רכיבה על סוס ובניית בתי תפילה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שלטון אירופי - כיבוש צרפת הביא רעיונות שוויון; פעילות יהודי אירופה - כי״ח פעלה לקידום זכויות וחינוך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בגלל התגובה העוינת לצו, צרפת נמנעה מלהעניק להם אזרחות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איסור רכיבה על סוס, איסור בניית בתי תפילה חדשים (או: לבוש מבדיל, איסור נשיאת נשק)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ישראל חברים (כי״ח)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 חסות/במעמד נחות; שלטון אירופי; פעילות יהודי 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דילמת 'עסקת החסות' לפני מעבר לחלקים העיוניים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וההשלמה כדאי לוודא שהתלמידים מבחינים בין המושגים השונים לפני המעבר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בסגנון בגרות מתאימה לעבודה בזוגות ובדיקה לפי מחוון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 חסות – היהודים תחת האסלאם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בארצות האסלאם היהודים היו 'בני חסות'. דף זה עוסק בזכויות שלהם, בחובות שלהם, ובשינוי שקרה באלג׳יריה.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 חסות (ד׳ימים)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מעמד של יהודים ונוצרים בארצות האסלאם - הגנה תמורת מס ומעמד נמוך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ג׳זיה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 גולגולת שבני חסות שילמו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תנאי עומר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הגבלות על בני החסות: איסור לבנות בתי תפילה, לרכוב על סוס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הספר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ליהודים ונוצרים באסלאם, בעלי כתבי קודש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קולוניאליזם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שליטה של מעצמה אירופית בארץ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כי״ח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יהודי שהוקם בצרפת ב-1860 להגנה על יהודים ולחינוכם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 כרמיה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מ-1870 שהעניק ליהודי אלג׳יריה אזרחות צרפתית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קראו ליהודים 'בני חסות'?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היו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נחשבו 'עם הספר'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שירתו בצבא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דיברו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מס הג׳זיה?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 על אדמות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 על סחורות מחו״ל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גולגולת שהוטל על בני החסות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 על בתי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היה אדולף כרמיה?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סולטן עות׳מאני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 המשפטים הצרפתי ומנהיג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 ראשי של אלג׳יר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קצין צבא 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צרפת כבשה את אלג׳יריה?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נוסדה כי״ח?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אסרו תנאי עומר?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חובה ללמוד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איסור לרכוב על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 להתגייס לצבא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איסור לעבוד במסחר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בארצות האסלאם היו ליהודים חופש דת ואוטונומיה קהילתית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ההגבלות על היהודים נאכפו באותו אופן בכל מקום ובכל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רעיונות השוויון הגיעו לצפון אפריקה בעיקר מתוך החברה המוסלמית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יהודי מרוקו ותוניסיה קיבלו אזרחות צרפתית ב-1870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התגובה העוינת לצו כרמיה הייתה בין הסיבות שלא ניתנה אזרחות ליהודי תוניסיה ומרוקו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מעמדם של היהודים והנוצרים בארצות האסלאם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 שהוטל על כל גבר בוגר מבני החסות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ארגון יהודי שהקים בתי ספר בארצות האסלאם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הצו משנת 1870 שהעניק אזרחות צרפתית ליהודי אלג׳יריה נקרא צו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כינוי ליהודים ונוצרים שקיבלו כתבי קודש לפני האסלאם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צרפת כבשה את אלג׳יריה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ג׳זיה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שליטת מעצמה אירופית בארץ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תנאי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אזרחות צרפתית ליהודי אלג׳יריה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 ישראל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 גולגולת על בני חסות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 כרמיה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רשימת הגבלות על בני החסות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קולוניאליזם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ארגון יהודי שהקים בתי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פתיחת בתי ספר של כי״ח בצפון אפריקה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כרמיה - אזרחות צרפתית ליהודי אלג׳יריה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עוינת לצו ואי-הענקת אזרחות ליהודי תוניסיה ומרוקו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חברת כל ישראל חברים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צרפת כובשת את אלג׳יריה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שני יתרונות ושני חסרונות במעמד בני החסות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את שני הגורמים לשינוי במעמד יהודי אלג׳יריה והסבירו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הייתה התוצאה של צו כרמיה עבור יהודי תוניסיה ומרוקו?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הגבלות מתוך תנאי עומר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ארגון של יהודי אירופה פעל למען יהודי צפון אפריקה?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לפני השינוי היהודים היו ___; השינוי הגיע בזכות ___ ו-___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 חסות – היהודים תחת האסלאם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